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</w:pPr>
      <w:r>
        <w:rPr>
          <w:b/>
          <w:color w:val="0F2D4B"/>
          <w:sz w:val="36"/>
        </w:rPr>
        <w:t>กิตติพงศ์ จันทร์ดี  |  Kittipong Jandee</w:t>
      </w:r>
    </w:p>
    <w:p>
      <w:pPr>
        <w:spacing w:after="40"/>
      </w:pPr>
      <w:r>
        <w:rPr>
          <w:b/>
          <w:color w:val="14467D"/>
          <w:sz w:val="21"/>
        </w:rPr>
        <w:t>Software Developer / Junior Software Engineer</w:t>
      </w:r>
    </w:p>
    <w:p>
      <w:pPr>
        <w:spacing w:after="60"/>
      </w:pPr>
      <w:r>
        <w:t>Bangkok, Thailand  |  081-234-5678  |  kittipong.j@email.com  |  github.com/kittipongj</w:t>
      </w:r>
    </w:p>
    <w:p>
      <w:pPr>
        <w:spacing w:before="80" w:after="40"/>
        <w:pBdr>
          <w:bottom w:val="single" w:sz="5" w:space="1" w:color="9FBAD0"/>
        </w:pBdr>
      </w:pPr>
      <w:r>
        <w:rPr>
          <w:b/>
          <w:color w:val="14467D"/>
          <w:sz w:val="20"/>
        </w:rPr>
        <w:t>PROFESSIONAL SUMMARY</w:t>
      </w:r>
    </w:p>
    <w:p>
      <w:r>
        <w:t>นักศึกษาวิศวกรรมคอมพิวเตอร์ชั้นปีสุดท้าย สนใจงาน Software Development และการพัฒนา Web Application มีประสบการณ์จากโครงงานมหาวิทยาลัยและการฝึกงานด้าน RESTful API, Dashboard และฐานข้อมูล สามารถทำงานร่วมกับทีมด้วย Git และ Agile พร้อมเรียนรู้เทคโนโลยีใหม่และพัฒนาตนเองสู่การเป็น Software Developer มืออาชีพ</w:t>
      </w:r>
    </w:p>
    <w:p>
      <w:pPr>
        <w:spacing w:before="80" w:after="40"/>
        <w:pBdr>
          <w:bottom w:val="single" w:sz="5" w:space="1" w:color="9FBAD0"/>
        </w:pBdr>
      </w:pPr>
      <w:r>
        <w:rPr>
          <w:b/>
          <w:color w:val="14467D"/>
          <w:sz w:val="20"/>
        </w:rPr>
        <w:t>EDUCATION</w:t>
      </w:r>
    </w:p>
    <w:p>
      <w:r>
        <w:rPr>
          <w:b/>
        </w:rPr>
        <w:t>King Mongkut's University of Technology Thonburi (KMUTT)</w:t>
      </w:r>
      <w:r>
        <w:t xml:space="preserve">  |  B.Eng. Computer Engineering  |  GPA 3.45  |  Expected Graduation: May 2027</w:t>
      </w:r>
    </w:p>
    <w:p>
      <w:pPr>
        <w:spacing w:before="80" w:after="40"/>
        <w:pBdr>
          <w:bottom w:val="single" w:sz="5" w:space="1" w:color="9FBAD0"/>
        </w:pBdr>
      </w:pPr>
      <w:r>
        <w:rPr>
          <w:b/>
          <w:color w:val="14467D"/>
          <w:sz w:val="20"/>
        </w:rPr>
        <w:t>TECHNICAL SKILLS</w:t>
      </w:r>
    </w:p>
    <w:p>
      <w:r>
        <w:t>Programming: Java, Python, JavaScript, SQL   |   Web: React.js, Node.js, Express.js</w:t>
      </w:r>
    </w:p>
    <w:p>
      <w:r>
        <w:t>Database: MySQL, MongoDB   |   Tools: Git, Docker, Postman, VS Code   |   Concepts: RESTful API, OOP, Agile</w:t>
      </w:r>
    </w:p>
    <w:p>
      <w:pPr>
        <w:spacing w:before="80" w:after="40"/>
        <w:pBdr>
          <w:bottom w:val="single" w:sz="5" w:space="1" w:color="9FBAD0"/>
        </w:pBdr>
      </w:pPr>
      <w:r>
        <w:rPr>
          <w:b/>
          <w:color w:val="14467D"/>
          <w:sz w:val="20"/>
        </w:rPr>
        <w:t>PROJECTS</w:t>
      </w:r>
    </w:p>
    <w:p>
      <w:r>
        <w:rPr>
          <w:b/>
        </w:rPr>
        <w:t>Online Equipment Management System (Web Application)</w:t>
      </w:r>
      <w:r>
        <w:t xml:space="preserve">  |  React.js, Node.js, Express.js, MySQL</w:t>
      </w:r>
    </w:p>
    <w:p>
      <w:pPr>
        <w:spacing w:after="14"/>
        <w:ind w:left="187" w:hanging="144"/>
      </w:pPr>
      <w:r>
        <w:t xml:space="preserve">• </w:t>
      </w:r>
      <w:r>
        <w:t>พัฒนา Backend และ RESTful API สำหรับระบบยืม-คืน ติดตามสถานะ และรายงานข้อมูล</w:t>
      </w:r>
    </w:p>
    <w:p>
      <w:pPr>
        <w:spacing w:after="14"/>
        <w:ind w:left="187" w:hanging="144"/>
      </w:pPr>
      <w:r>
        <w:t xml:space="preserve">• </w:t>
      </w:r>
      <w:r>
        <w:t>ออกแบบโครงสร้างฐานข้อมูลและเชื่อมต่อ Frontend เพื่อให้ผู้ใช้ค้นหาและตรวจสอบอุปกรณ์ได้สะดวก</w:t>
      </w:r>
    </w:p>
    <w:p>
      <w:pPr>
        <w:spacing w:after="14"/>
        <w:ind w:left="187" w:hanging="144"/>
      </w:pPr>
      <w:r>
        <w:t xml:space="preserve">• </w:t>
      </w:r>
      <w:r>
        <w:t>ผลลัพธ์ตัวอย่าง: ลดเวลาค้นหาข้อมูลประมาณ 60% ในการทดสอบของโครงงาน</w:t>
      </w:r>
    </w:p>
    <w:p>
      <w:r>
        <w:rPr>
          <w:b/>
        </w:rPr>
        <w:t>Course Recommendation Platform</w:t>
      </w:r>
      <w:r>
        <w:t xml:space="preserve">  |  Python, Scikit-learn, Pandas, Flask, React.js</w:t>
      </w:r>
    </w:p>
    <w:p>
      <w:pPr>
        <w:spacing w:after="14"/>
        <w:ind w:left="187" w:hanging="144"/>
      </w:pPr>
      <w:r>
        <w:t xml:space="preserve">• </w:t>
      </w:r>
      <w:r>
        <w:t>พัฒนาโมเดลแนะนำรายวิชาจากความสนใจและผลการเรียน พร้อมเชื่อมต่อกับเว็บแอป</w:t>
      </w:r>
    </w:p>
    <w:p>
      <w:pPr>
        <w:spacing w:after="14"/>
        <w:ind w:left="187" w:hanging="144"/>
      </w:pPr>
      <w:r>
        <w:t xml:space="preserve">• </w:t>
      </w:r>
      <w:r>
        <w:t>ผลการทดลองตัวอย่าง: Accuracy 78% จากชุดข้อมูลทดสอบ 100 คน</w:t>
      </w:r>
    </w:p>
    <w:p>
      <w:pPr>
        <w:spacing w:before="80" w:after="40"/>
        <w:pBdr>
          <w:bottom w:val="single" w:sz="5" w:space="1" w:color="9FBAD0"/>
        </w:pBdr>
      </w:pPr>
      <w:r>
        <w:rPr>
          <w:b/>
          <w:color w:val="14467D"/>
          <w:sz w:val="20"/>
        </w:rPr>
        <w:t>INTERNSHIP EXPERIENCE</w:t>
      </w:r>
    </w:p>
    <w:p>
      <w:r>
        <w:rPr>
          <w:b/>
        </w:rPr>
        <w:t>Software Developer Intern - ABC Tech Co., Ltd.</w:t>
      </w:r>
      <w:r>
        <w:t xml:space="preserve">  |  Jun 2026 - Sep 2026</w:t>
      </w:r>
    </w:p>
    <w:p>
      <w:pPr>
        <w:spacing w:after="14"/>
        <w:ind w:left="187" w:hanging="144"/>
      </w:pPr>
      <w:r>
        <w:t xml:space="preserve">• </w:t>
      </w:r>
      <w:r>
        <w:t>พัฒนา RESTful API ด้วย Node.js และ Express.js และสร้าง Dashboard บางส่วนด้วย React.js</w:t>
      </w:r>
    </w:p>
    <w:p>
      <w:pPr>
        <w:spacing w:after="14"/>
        <w:ind w:left="187" w:hanging="144"/>
      </w:pPr>
      <w:r>
        <w:t xml:space="preserve">• </w:t>
      </w:r>
      <w:r>
        <w:t>ปรับปรุงการดึงข้อมูลเพื่อลดเวลาโหลดประมาณ 35% และทำงานร่วมกับทีม 6 คนด้วย Git / Agile (Scrum)</w:t>
      </w:r>
    </w:p>
    <w:p>
      <w:pPr>
        <w:spacing w:before="80" w:after="40"/>
        <w:pBdr>
          <w:bottom w:val="single" w:sz="5" w:space="1" w:color="9FBAD0"/>
        </w:pBdr>
      </w:pPr>
      <w:r>
        <w:rPr>
          <w:b/>
          <w:color w:val="14467D"/>
          <w:sz w:val="20"/>
        </w:rPr>
        <w:t>ACTIVITIES &amp; CERTIFICATES</w:t>
      </w:r>
    </w:p>
    <w:p>
      <w:r>
        <w:t>IT Committee, Faculty of Engineering  |  Faculty Hackathon - Honorable Mention</w:t>
      </w:r>
    </w:p>
    <w:p>
      <w:r>
        <w:t>Google Data Analytics Professional Certificate  |  CS50: Introduction to Computer Science</w:t>
      </w:r>
    </w:p>
    <w:p>
      <w:pPr>
        <w:spacing w:before="80" w:after="40"/>
        <w:pBdr>
          <w:bottom w:val="single" w:sz="5" w:space="1" w:color="9FBAD0"/>
        </w:pBdr>
      </w:pPr>
      <w:r>
        <w:rPr>
          <w:b/>
          <w:color w:val="14467D"/>
          <w:sz w:val="20"/>
        </w:rPr>
        <w:t>LANGUAGES &amp; PORTFOLIO</w:t>
      </w:r>
    </w:p>
    <w:p>
      <w:r>
        <w:t>Thai: Native  |  English: Intermediate (B1)  |  GitHub: github.com/kittipongj</w:t>
      </w:r>
    </w:p>
    <w:p>
      <w:pPr>
        <w:spacing w:before="60"/>
      </w:pPr>
      <w:r>
        <w:rPr>
          <w:i/>
          <w:color w:val="646464"/>
          <w:sz w:val="14"/>
        </w:rPr>
        <w:t>SAMPLE RESUME - ข้อมูลทั้งหมดเป็นข้อมูลสมมติสำหรับเป็นตัวอย่าง</w:t>
      </w:r>
    </w:p>
    <w:sectPr w:rsidR="00FC693F" w:rsidRPr="0006063C" w:rsidSect="00034616">
      <w:pgSz w:w="12240" w:h="15840"/>
      <w:pgMar w:top="605" w:right="792" w:bottom="605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30" w:line="240" w:lineRule="auto"/>
    </w:pPr>
    <w:rPr>
      <w:rFonts w:ascii="Arial" w:hAnsi="Arial"/>
      <w:sz w:val="17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